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426" w:rsidRPr="00483E3B" w:rsidRDefault="00483E3B" w:rsidP="00483E3B">
      <w:pPr>
        <w:spacing w:line="360" w:lineRule="auto"/>
        <w:jc w:val="center"/>
        <w:rPr>
          <w:szCs w:val="24"/>
        </w:rPr>
      </w:pPr>
      <w:r w:rsidRPr="00483E3B">
        <w:rPr>
          <w:b/>
          <w:szCs w:val="24"/>
        </w:rPr>
        <w:t xml:space="preserve">Strategic Applications of </w:t>
      </w:r>
      <w:proofErr w:type="spellStart"/>
      <w:r w:rsidRPr="00483E3B">
        <w:rPr>
          <w:b/>
          <w:szCs w:val="24"/>
        </w:rPr>
        <w:t>IoT</w:t>
      </w:r>
      <w:proofErr w:type="spellEnd"/>
      <w:r w:rsidRPr="00483E3B">
        <w:rPr>
          <w:b/>
          <w:szCs w:val="24"/>
        </w:rPr>
        <w:t xml:space="preserve"> and Big Data</w:t>
      </w:r>
    </w:p>
    <w:p w:rsidR="002C4426" w:rsidRDefault="00483E3B" w:rsidP="00483E3B">
      <w:pPr>
        <w:spacing w:line="360" w:lineRule="auto"/>
        <w:jc w:val="center"/>
        <w:rPr>
          <w:b/>
          <w:szCs w:val="24"/>
        </w:rPr>
      </w:pPr>
      <w:r w:rsidRPr="00483E3B">
        <w:rPr>
          <w:b/>
          <w:szCs w:val="24"/>
        </w:rPr>
        <w:t>Dec 2026 Examination</w:t>
      </w:r>
    </w:p>
    <w:p w:rsidR="00483E3B" w:rsidRDefault="00483E3B" w:rsidP="00483E3B">
      <w:pPr>
        <w:spacing w:line="360" w:lineRule="auto"/>
        <w:jc w:val="center"/>
        <w:rPr>
          <w:b/>
          <w:szCs w:val="24"/>
        </w:rPr>
      </w:pPr>
    </w:p>
    <w:p w:rsidR="00483E3B" w:rsidRPr="00483E3B" w:rsidRDefault="00483E3B" w:rsidP="00483E3B">
      <w:pPr>
        <w:spacing w:line="360" w:lineRule="auto"/>
        <w:jc w:val="center"/>
        <w:rPr>
          <w:szCs w:val="24"/>
        </w:rPr>
      </w:pPr>
    </w:p>
    <w:p w:rsidR="002C4426" w:rsidRPr="00483E3B" w:rsidRDefault="00483E3B" w:rsidP="00483E3B">
      <w:pPr>
        <w:spacing w:line="360" w:lineRule="auto"/>
        <w:jc w:val="both"/>
        <w:rPr>
          <w:szCs w:val="24"/>
        </w:rPr>
      </w:pPr>
      <w:r w:rsidRPr="00483E3B">
        <w:rPr>
          <w:b/>
          <w:szCs w:val="24"/>
        </w:rPr>
        <w:t xml:space="preserve">Q1 A retail company has deployed </w:t>
      </w:r>
      <w:proofErr w:type="spellStart"/>
      <w:r w:rsidRPr="00483E3B">
        <w:rPr>
          <w:b/>
          <w:szCs w:val="24"/>
        </w:rPr>
        <w:t>IoT</w:t>
      </w:r>
      <w:proofErr w:type="spellEnd"/>
      <w:r w:rsidRPr="00483E3B">
        <w:rPr>
          <w:b/>
          <w:szCs w:val="24"/>
        </w:rPr>
        <w:t xml:space="preserve">-enabled shelves, motion sensors, and environmental monitors across 200 stores nationwide to </w:t>
      </w:r>
      <w:proofErr w:type="spellStart"/>
      <w:r w:rsidRPr="00483E3B">
        <w:rPr>
          <w:b/>
          <w:szCs w:val="24"/>
        </w:rPr>
        <w:t>optimise</w:t>
      </w:r>
      <w:proofErr w:type="spellEnd"/>
      <w:r w:rsidRPr="00483E3B">
        <w:rPr>
          <w:b/>
          <w:szCs w:val="24"/>
        </w:rPr>
        <w:t xml:space="preserve"> inventory management and reduce product spoilage. The data generated is transmitted using a mix of Wi-Fi and </w:t>
      </w:r>
      <w:proofErr w:type="spellStart"/>
      <w:r w:rsidRPr="00483E3B">
        <w:rPr>
          <w:b/>
          <w:szCs w:val="24"/>
        </w:rPr>
        <w:t>LoRaWAN</w:t>
      </w:r>
      <w:proofErr w:type="spellEnd"/>
      <w:r w:rsidRPr="00483E3B">
        <w:rPr>
          <w:b/>
          <w:szCs w:val="24"/>
        </w:rPr>
        <w:t xml:space="preserve"> protocols, </w:t>
      </w:r>
      <w:proofErr w:type="gramStart"/>
      <w:r w:rsidRPr="00483E3B">
        <w:rPr>
          <w:b/>
          <w:szCs w:val="24"/>
        </w:rPr>
        <w:t>then</w:t>
      </w:r>
      <w:proofErr w:type="gramEnd"/>
      <w:r w:rsidRPr="00483E3B">
        <w:rPr>
          <w:b/>
          <w:szCs w:val="24"/>
        </w:rPr>
        <w:t xml:space="preserve"> processed in both edge devices and the cloud for real-time decision-making. However, the company has recently experienced incidents where sensitive sales and inventory data was intercepted during transmission, raising concerns on data privacy and compliance. The security team needs to ensure that only </w:t>
      </w:r>
      <w:proofErr w:type="spellStart"/>
      <w:r w:rsidRPr="00483E3B">
        <w:rPr>
          <w:b/>
          <w:szCs w:val="24"/>
        </w:rPr>
        <w:t>authorised</w:t>
      </w:r>
      <w:proofErr w:type="spellEnd"/>
      <w:r w:rsidRPr="00483E3B">
        <w:rPr>
          <w:b/>
          <w:szCs w:val="24"/>
        </w:rPr>
        <w:t xml:space="preserve"> staff access specific datasets and that data confidentiality is not compromised during transmission across diverse </w:t>
      </w:r>
      <w:proofErr w:type="spellStart"/>
      <w:r w:rsidRPr="00483E3B">
        <w:rPr>
          <w:b/>
          <w:szCs w:val="24"/>
        </w:rPr>
        <w:t>protocols.Apply</w:t>
      </w:r>
      <w:proofErr w:type="spellEnd"/>
      <w:r w:rsidRPr="00483E3B">
        <w:rPr>
          <w:b/>
          <w:szCs w:val="24"/>
        </w:rPr>
        <w:t xml:space="preserve"> </w:t>
      </w:r>
      <w:proofErr w:type="spellStart"/>
      <w:r w:rsidRPr="00483E3B">
        <w:rPr>
          <w:b/>
          <w:szCs w:val="24"/>
        </w:rPr>
        <w:t>IoT</w:t>
      </w:r>
      <w:proofErr w:type="spellEnd"/>
      <w:r w:rsidRPr="00483E3B">
        <w:rPr>
          <w:b/>
          <w:szCs w:val="24"/>
        </w:rPr>
        <w:t xml:space="preserve"> data lifecycle management principles to recommend a robust security framework for protecting sensitive retail data both in transit and at rest. How should the company implement encryption, authentication, and access controls across different transmission protocols and storage layers to ensure regulatory compliance and prevent </w:t>
      </w:r>
      <w:proofErr w:type="spellStart"/>
      <w:r w:rsidRPr="00483E3B">
        <w:rPr>
          <w:b/>
          <w:szCs w:val="24"/>
        </w:rPr>
        <w:t>unauthorised</w:t>
      </w:r>
      <w:proofErr w:type="spellEnd"/>
      <w:r w:rsidRPr="00483E3B">
        <w:rPr>
          <w:b/>
          <w:szCs w:val="24"/>
        </w:rPr>
        <w:t xml:space="preserve"> data access? (10 Marks)</w:t>
      </w:r>
    </w:p>
    <w:p w:rsidR="002C4426" w:rsidRPr="00483E3B" w:rsidRDefault="00483E3B" w:rsidP="00483E3B">
      <w:pPr>
        <w:pStyle w:val="Heading1"/>
        <w:spacing w:line="360" w:lineRule="auto"/>
        <w:jc w:val="both"/>
        <w:rPr>
          <w:szCs w:val="24"/>
        </w:rPr>
      </w:pPr>
      <w:proofErr w:type="spellStart"/>
      <w:proofErr w:type="gramStart"/>
      <w:r w:rsidRPr="00483E3B">
        <w:rPr>
          <w:szCs w:val="24"/>
        </w:rPr>
        <w:t>Ans</w:t>
      </w:r>
      <w:proofErr w:type="spellEnd"/>
      <w:r w:rsidRPr="00483E3B">
        <w:rPr>
          <w:szCs w:val="24"/>
        </w:rPr>
        <w:t xml:space="preserve"> 1.</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2C4426" w:rsidRDefault="00483E3B" w:rsidP="000F0E67">
      <w:pPr>
        <w:spacing w:line="360" w:lineRule="auto"/>
        <w:jc w:val="both"/>
        <w:rPr>
          <w:szCs w:val="24"/>
        </w:rPr>
      </w:pPr>
      <w:r w:rsidRPr="00483E3B">
        <w:rPr>
          <w:szCs w:val="24"/>
        </w:rPr>
        <w:t xml:space="preserve">The retailer should protect information throughout its lifecycle, from sensor collection to final disposal. Encryption is essential, but it cannot compensate for weak identities, excessive permissions, or compromised devices. The interception incidents suggest that security controls must be reviewed across wireless links, gateways, edge systems, and cloud services. A layered framework should combine protocol-specific protection with </w:t>
      </w:r>
    </w:p>
    <w:p w:rsidR="006E6E6D" w:rsidRDefault="006E6E6D" w:rsidP="006E6E6D">
      <w:pPr>
        <w:pStyle w:val="NormalWeb"/>
        <w:jc w:val="center"/>
        <w:rPr>
          <w:rStyle w:val="Strong"/>
          <w:color w:val="FF0000"/>
          <w:sz w:val="28"/>
        </w:rPr>
      </w:pPr>
      <w:r>
        <w:rPr>
          <w:rStyle w:val="Strong"/>
          <w:color w:val="FF0000"/>
          <w:sz w:val="28"/>
        </w:rPr>
        <w:t xml:space="preserve">Fully solved you can download </w:t>
      </w:r>
    </w:p>
    <w:p w:rsidR="006E6E6D" w:rsidRDefault="006E6E6D" w:rsidP="006E6E6D">
      <w:pPr>
        <w:pStyle w:val="NormalWeb"/>
        <w:jc w:val="center"/>
      </w:pPr>
      <w:r>
        <w:rPr>
          <w:rStyle w:val="Strong"/>
          <w:color w:val="FF0000"/>
          <w:sz w:val="28"/>
        </w:rPr>
        <w:t>ASSIGNMENTS Dec 2026</w:t>
      </w:r>
      <w:r>
        <w:rPr>
          <w:b/>
          <w:color w:val="FF0000"/>
          <w:sz w:val="28"/>
        </w:rPr>
        <w:t xml:space="preserve"> </w:t>
      </w:r>
      <w:r>
        <w:rPr>
          <w:b/>
          <w:color w:val="FF0000"/>
          <w:sz w:val="28"/>
        </w:rPr>
        <w:br/>
      </w:r>
    </w:p>
    <w:p w:rsidR="006E6E6D" w:rsidRDefault="006E6E6D" w:rsidP="006E6E6D">
      <w:pPr>
        <w:pStyle w:val="NormalWeb"/>
        <w:numPr>
          <w:ilvl w:val="0"/>
          <w:numId w:val="10"/>
        </w:numPr>
        <w:jc w:val="center"/>
        <w:rPr>
          <w:b/>
          <w:color w:val="FF0000"/>
          <w:sz w:val="28"/>
        </w:rPr>
      </w:pPr>
      <w:r>
        <w:rPr>
          <w:b/>
          <w:color w:val="FF0000"/>
          <w:sz w:val="28"/>
        </w:rPr>
        <w:t>Fully Solved, High Quality</w:t>
      </w:r>
    </w:p>
    <w:p w:rsidR="006E6E6D" w:rsidRDefault="006E6E6D" w:rsidP="006E6E6D">
      <w:pPr>
        <w:pStyle w:val="NormalWeb"/>
        <w:numPr>
          <w:ilvl w:val="0"/>
          <w:numId w:val="10"/>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6E6E6D" w:rsidRDefault="006E6E6D" w:rsidP="006E6E6D">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6E6E6D" w:rsidRDefault="006E6E6D" w:rsidP="006E6E6D">
      <w:pPr>
        <w:pStyle w:val="NormalWeb"/>
        <w:jc w:val="center"/>
        <w:rPr>
          <w:b/>
          <w:color w:val="FF0000"/>
          <w:sz w:val="28"/>
        </w:rPr>
      </w:pPr>
      <w:r>
        <w:rPr>
          <w:b/>
          <w:color w:val="FF0000"/>
          <w:sz w:val="28"/>
        </w:rPr>
        <w:t xml:space="preserve">Hurry! Last Date: </w:t>
      </w:r>
      <w:r>
        <w:rPr>
          <w:rStyle w:val="Strong"/>
          <w:color w:val="FF0000"/>
          <w:sz w:val="28"/>
        </w:rPr>
        <w:t>29 Oct 2026</w:t>
      </w:r>
    </w:p>
    <w:p w:rsidR="006E6E6D" w:rsidRDefault="006E6E6D" w:rsidP="006E6E6D">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6E6E6D" w:rsidRDefault="006E6E6D" w:rsidP="006E6E6D">
      <w:pPr>
        <w:pStyle w:val="NormalWeb"/>
        <w:jc w:val="center"/>
        <w:rPr>
          <w:rStyle w:val="Strong"/>
          <w:color w:val="FF0000"/>
        </w:rPr>
      </w:pPr>
      <w:r>
        <w:rPr>
          <w:rStyle w:val="Strong"/>
          <w:color w:val="FF0000"/>
          <w:sz w:val="28"/>
        </w:rPr>
        <w:t>Quick Response Guaranteed!</w:t>
      </w:r>
    </w:p>
    <w:p w:rsidR="006E6E6D" w:rsidRDefault="006E6E6D" w:rsidP="006E6E6D">
      <w:pPr>
        <w:pStyle w:val="NormalWeb"/>
        <w:jc w:val="center"/>
        <w:rPr>
          <w:rStyle w:val="Strong"/>
          <w:color w:val="FF0000"/>
          <w:sz w:val="28"/>
        </w:rPr>
      </w:pPr>
      <w:r>
        <w:rPr>
          <w:rStyle w:val="Strong"/>
          <w:color w:val="FF0000"/>
          <w:sz w:val="28"/>
        </w:rPr>
        <w:t>For Unique Assignment please contact on</w:t>
      </w:r>
    </w:p>
    <w:p w:rsidR="006E6E6D" w:rsidRDefault="006E6E6D" w:rsidP="006E6E6D">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6E6E6D" w:rsidRDefault="006E6E6D" w:rsidP="006E6E6D">
      <w:pPr>
        <w:pStyle w:val="NormalWeb"/>
        <w:numPr>
          <w:ilvl w:val="0"/>
          <w:numId w:val="11"/>
        </w:numPr>
        <w:jc w:val="center"/>
        <w:rPr>
          <w:b/>
          <w:sz w:val="28"/>
        </w:rPr>
      </w:pPr>
      <w:hyperlink r:id="rId7" w:history="1">
        <w:r>
          <w:rPr>
            <w:rStyle w:val="Hyperlink"/>
            <w:sz w:val="28"/>
          </w:rPr>
          <w:t>aapkieducation@gmail.com</w:t>
        </w:r>
      </w:hyperlink>
    </w:p>
    <w:p w:rsidR="006E6E6D" w:rsidRDefault="006E6E6D" w:rsidP="006E6E6D">
      <w:pPr>
        <w:pStyle w:val="NormalWeb"/>
        <w:numPr>
          <w:ilvl w:val="0"/>
          <w:numId w:val="11"/>
        </w:numPr>
        <w:jc w:val="center"/>
        <w:rPr>
          <w:b/>
          <w:sz w:val="28"/>
        </w:rPr>
      </w:pPr>
      <w:hyperlink r:id="rId8" w:tgtFrame="_new" w:history="1">
        <w:r>
          <w:rPr>
            <w:rStyle w:val="Hyperlink"/>
            <w:sz w:val="28"/>
          </w:rPr>
          <w:t>www.aapkieducation.com</w:t>
        </w:r>
      </w:hyperlink>
    </w:p>
    <w:p w:rsidR="000F0E67" w:rsidRPr="00483E3B" w:rsidRDefault="000F0E67" w:rsidP="000F0E67">
      <w:pPr>
        <w:spacing w:line="360" w:lineRule="auto"/>
        <w:jc w:val="both"/>
        <w:rPr>
          <w:szCs w:val="24"/>
        </w:rPr>
      </w:pPr>
    </w:p>
    <w:p w:rsidR="002C4426" w:rsidRPr="00483E3B" w:rsidRDefault="00483E3B" w:rsidP="00483E3B">
      <w:pPr>
        <w:spacing w:line="360" w:lineRule="auto"/>
        <w:jc w:val="both"/>
        <w:rPr>
          <w:szCs w:val="24"/>
        </w:rPr>
      </w:pPr>
      <w:r w:rsidRPr="00483E3B">
        <w:rPr>
          <w:b/>
          <w:szCs w:val="24"/>
        </w:rPr>
        <w:t xml:space="preserve">Q2 (A) </w:t>
      </w:r>
      <w:proofErr w:type="spellStart"/>
      <w:r w:rsidRPr="00483E3B">
        <w:rPr>
          <w:b/>
          <w:szCs w:val="24"/>
        </w:rPr>
        <w:t>NovaTextiles</w:t>
      </w:r>
      <w:proofErr w:type="spellEnd"/>
      <w:r w:rsidRPr="00483E3B">
        <w:rPr>
          <w:b/>
          <w:szCs w:val="24"/>
        </w:rPr>
        <w:t xml:space="preserve"> Limited has invested in </w:t>
      </w:r>
      <w:proofErr w:type="spellStart"/>
      <w:r w:rsidRPr="00483E3B">
        <w:rPr>
          <w:b/>
          <w:szCs w:val="24"/>
        </w:rPr>
        <w:t>IoT</w:t>
      </w:r>
      <w:proofErr w:type="spellEnd"/>
      <w:r w:rsidRPr="00483E3B">
        <w:rPr>
          <w:b/>
          <w:szCs w:val="24"/>
        </w:rPr>
        <w:t xml:space="preserve">-enabled sensors for real-time production monitoring. Despite significant data inflow, managers struggle to translate analytics into tangible cost savings and workflow improvements. Meanwhile, supply chain partners express concerns about data privacy, and line supervisors question the robustness of new predictive maintenance protocols compared to traditional </w:t>
      </w:r>
      <w:proofErr w:type="spellStart"/>
      <w:r w:rsidRPr="00483E3B">
        <w:rPr>
          <w:b/>
          <w:szCs w:val="24"/>
        </w:rPr>
        <w:t>practices.Assess</w:t>
      </w:r>
      <w:proofErr w:type="spellEnd"/>
      <w:r w:rsidRPr="00483E3B">
        <w:rPr>
          <w:b/>
          <w:szCs w:val="24"/>
        </w:rPr>
        <w:t xml:space="preserve"> the effectiveness of </w:t>
      </w:r>
      <w:proofErr w:type="spellStart"/>
      <w:r w:rsidRPr="00483E3B">
        <w:rPr>
          <w:b/>
          <w:szCs w:val="24"/>
        </w:rPr>
        <w:t>NovaTextiles</w:t>
      </w:r>
      <w:proofErr w:type="spellEnd"/>
      <w:r w:rsidRPr="00483E3B">
        <w:rPr>
          <w:b/>
          <w:szCs w:val="24"/>
        </w:rPr>
        <w:t xml:space="preserve"> Limited’s current </w:t>
      </w:r>
      <w:proofErr w:type="spellStart"/>
      <w:r w:rsidRPr="00483E3B">
        <w:rPr>
          <w:b/>
          <w:szCs w:val="24"/>
        </w:rPr>
        <w:t>IoT</w:t>
      </w:r>
      <w:proofErr w:type="spellEnd"/>
      <w:r w:rsidRPr="00483E3B">
        <w:rPr>
          <w:b/>
          <w:szCs w:val="24"/>
        </w:rPr>
        <w:t xml:space="preserve"> and big data implementation from multiple stakeholder perspectives. Evaluate how the company can improve its process to balance supply chain transparency, data privacy, and the tangible realization of operational efficiency, recommending justification for adopting advanced analytics tools or refining existing protocols. (5 Marks)</w:t>
      </w:r>
    </w:p>
    <w:p w:rsidR="002C4426" w:rsidRPr="00483E3B" w:rsidRDefault="00483E3B" w:rsidP="00483E3B">
      <w:pPr>
        <w:pStyle w:val="Heading1"/>
        <w:spacing w:line="360" w:lineRule="auto"/>
        <w:jc w:val="both"/>
        <w:rPr>
          <w:szCs w:val="24"/>
        </w:rPr>
      </w:pPr>
      <w:proofErr w:type="spellStart"/>
      <w:proofErr w:type="gramStart"/>
      <w:r w:rsidRPr="00483E3B">
        <w:rPr>
          <w:szCs w:val="24"/>
        </w:rPr>
        <w:t>Ans</w:t>
      </w:r>
      <w:proofErr w:type="spellEnd"/>
      <w:r w:rsidRPr="00483E3B">
        <w:rPr>
          <w:szCs w:val="24"/>
        </w:rPr>
        <w:t xml:space="preserve"> 2(A).</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483E3B" w:rsidRDefault="00483E3B" w:rsidP="000F0E67">
      <w:pPr>
        <w:spacing w:line="360" w:lineRule="auto"/>
        <w:jc w:val="both"/>
        <w:rPr>
          <w:szCs w:val="24"/>
        </w:rPr>
      </w:pPr>
      <w:proofErr w:type="spellStart"/>
      <w:r w:rsidRPr="00483E3B">
        <w:rPr>
          <w:szCs w:val="24"/>
        </w:rPr>
        <w:t>NovaTextiles</w:t>
      </w:r>
      <w:proofErr w:type="spellEnd"/>
      <w:r w:rsidRPr="00483E3B">
        <w:rPr>
          <w:szCs w:val="24"/>
        </w:rPr>
        <w:t xml:space="preserve"> has created a data collection capability, but its operational value remains uncertain. Large data volumes do not prove that maintenance or workflow decisions have improved. Management should refine existing processes before purchasing more advanced tools. A successful implementation must connect reliable analytics with employee action, measurable benefits, and carefully </w:t>
      </w:r>
    </w:p>
    <w:p w:rsidR="000F0E67" w:rsidRDefault="000F0E67" w:rsidP="000F0E67">
      <w:pPr>
        <w:spacing w:line="360" w:lineRule="auto"/>
        <w:jc w:val="both"/>
        <w:rPr>
          <w:szCs w:val="24"/>
        </w:rPr>
      </w:pPr>
    </w:p>
    <w:p w:rsidR="00483E3B" w:rsidRDefault="00483E3B" w:rsidP="00483E3B">
      <w:pPr>
        <w:spacing w:line="360" w:lineRule="auto"/>
        <w:jc w:val="both"/>
        <w:rPr>
          <w:szCs w:val="24"/>
        </w:rPr>
      </w:pPr>
    </w:p>
    <w:p w:rsidR="002C4426" w:rsidRPr="00483E3B" w:rsidRDefault="00483E3B" w:rsidP="00483E3B">
      <w:pPr>
        <w:spacing w:line="360" w:lineRule="auto"/>
        <w:jc w:val="both"/>
        <w:rPr>
          <w:szCs w:val="24"/>
        </w:rPr>
      </w:pPr>
      <w:r w:rsidRPr="00483E3B">
        <w:rPr>
          <w:b/>
          <w:szCs w:val="24"/>
        </w:rPr>
        <w:t xml:space="preserve">Q2 (B) </w:t>
      </w:r>
      <w:proofErr w:type="gramStart"/>
      <w:r w:rsidRPr="00483E3B">
        <w:rPr>
          <w:b/>
          <w:szCs w:val="24"/>
        </w:rPr>
        <w:t>A</w:t>
      </w:r>
      <w:proofErr w:type="gramEnd"/>
      <w:r w:rsidRPr="00483E3B">
        <w:rPr>
          <w:b/>
          <w:szCs w:val="24"/>
        </w:rPr>
        <w:t xml:space="preserve"> global parcel delivery firm, </w:t>
      </w:r>
      <w:proofErr w:type="spellStart"/>
      <w:r w:rsidRPr="00483E3B">
        <w:rPr>
          <w:b/>
          <w:szCs w:val="24"/>
        </w:rPr>
        <w:t>FleetX</w:t>
      </w:r>
      <w:proofErr w:type="spellEnd"/>
      <w:r w:rsidRPr="00483E3B">
        <w:rPr>
          <w:b/>
          <w:szCs w:val="24"/>
        </w:rPr>
        <w:t xml:space="preserve">, leverages </w:t>
      </w:r>
      <w:proofErr w:type="spellStart"/>
      <w:r w:rsidRPr="00483E3B">
        <w:rPr>
          <w:b/>
          <w:szCs w:val="24"/>
        </w:rPr>
        <w:t>IoT</w:t>
      </w:r>
      <w:proofErr w:type="spellEnd"/>
      <w:r w:rsidRPr="00483E3B">
        <w:rPr>
          <w:b/>
          <w:szCs w:val="24"/>
        </w:rPr>
        <w:t xml:space="preserve">-connected </w:t>
      </w:r>
      <w:proofErr w:type="spellStart"/>
      <w:r w:rsidRPr="00483E3B">
        <w:rPr>
          <w:b/>
          <w:szCs w:val="24"/>
        </w:rPr>
        <w:t>telematics</w:t>
      </w:r>
      <w:proofErr w:type="spellEnd"/>
      <w:r w:rsidRPr="00483E3B">
        <w:rPr>
          <w:b/>
          <w:szCs w:val="24"/>
        </w:rPr>
        <w:t xml:space="preserve"> and cloud analytics to improve route </w:t>
      </w:r>
      <w:proofErr w:type="spellStart"/>
      <w:r w:rsidRPr="00483E3B">
        <w:rPr>
          <w:b/>
          <w:szCs w:val="24"/>
        </w:rPr>
        <w:t>optimisation</w:t>
      </w:r>
      <w:proofErr w:type="spellEnd"/>
      <w:r w:rsidRPr="00483E3B">
        <w:rPr>
          <w:b/>
          <w:szCs w:val="24"/>
        </w:rPr>
        <w:t xml:space="preserve"> and reduce delivery times. The company has seen cost savings and lower emissions, but some drivers feel that the rigid, algorithm-driven routes decrease responsiveness to on-ground realities and personal safety. Meanwhile, the operations team highlights improved customer satisfaction and compliance with environmental regulations due to </w:t>
      </w:r>
      <w:proofErr w:type="spellStart"/>
      <w:r w:rsidRPr="00483E3B">
        <w:rPr>
          <w:b/>
          <w:szCs w:val="24"/>
        </w:rPr>
        <w:t>optimised</w:t>
      </w:r>
      <w:proofErr w:type="spellEnd"/>
      <w:r w:rsidRPr="00483E3B">
        <w:rPr>
          <w:b/>
          <w:szCs w:val="24"/>
        </w:rPr>
        <w:t xml:space="preserve"> routing. </w:t>
      </w:r>
      <w:proofErr w:type="spellStart"/>
      <w:r w:rsidRPr="00483E3B">
        <w:rPr>
          <w:b/>
          <w:szCs w:val="24"/>
        </w:rPr>
        <w:t>FleetX’s</w:t>
      </w:r>
      <w:proofErr w:type="spellEnd"/>
      <w:r w:rsidRPr="00483E3B">
        <w:rPr>
          <w:b/>
          <w:szCs w:val="24"/>
        </w:rPr>
        <w:t xml:space="preserve"> board is assessing whether to allow more driver autonomy or rely strictly on </w:t>
      </w:r>
      <w:proofErr w:type="spellStart"/>
      <w:r w:rsidRPr="00483E3B">
        <w:rPr>
          <w:b/>
          <w:szCs w:val="24"/>
        </w:rPr>
        <w:t>centralised</w:t>
      </w:r>
      <w:proofErr w:type="spellEnd"/>
      <w:r w:rsidRPr="00483E3B">
        <w:rPr>
          <w:b/>
          <w:szCs w:val="24"/>
        </w:rPr>
        <w:t xml:space="preserve">, automated routing decisions for all </w:t>
      </w:r>
      <w:proofErr w:type="spellStart"/>
      <w:r w:rsidRPr="00483E3B">
        <w:rPr>
          <w:b/>
          <w:szCs w:val="24"/>
        </w:rPr>
        <w:t>fleets.Critically</w:t>
      </w:r>
      <w:proofErr w:type="spellEnd"/>
      <w:r w:rsidRPr="00483E3B">
        <w:rPr>
          <w:b/>
          <w:szCs w:val="24"/>
        </w:rPr>
        <w:t xml:space="preserve"> assess the merits and drawbacks of </w:t>
      </w:r>
      <w:proofErr w:type="spellStart"/>
      <w:r w:rsidRPr="00483E3B">
        <w:rPr>
          <w:b/>
          <w:szCs w:val="24"/>
        </w:rPr>
        <w:t>prioritising</w:t>
      </w:r>
      <w:proofErr w:type="spellEnd"/>
      <w:r w:rsidRPr="00483E3B">
        <w:rPr>
          <w:b/>
          <w:szCs w:val="24"/>
        </w:rPr>
        <w:t xml:space="preserve"> automated, data-driven route </w:t>
      </w:r>
      <w:proofErr w:type="spellStart"/>
      <w:r w:rsidRPr="00483E3B">
        <w:rPr>
          <w:b/>
          <w:szCs w:val="24"/>
        </w:rPr>
        <w:t>optimisation</w:t>
      </w:r>
      <w:proofErr w:type="spellEnd"/>
      <w:r w:rsidRPr="00483E3B">
        <w:rPr>
          <w:b/>
          <w:szCs w:val="24"/>
        </w:rPr>
        <w:t xml:space="preserve"> versus preserving greater driver autonomy in </w:t>
      </w:r>
      <w:proofErr w:type="spellStart"/>
      <w:r w:rsidRPr="00483E3B">
        <w:rPr>
          <w:b/>
          <w:szCs w:val="24"/>
        </w:rPr>
        <w:t>FleetX’s</w:t>
      </w:r>
      <w:proofErr w:type="spellEnd"/>
      <w:r w:rsidRPr="00483E3B">
        <w:rPr>
          <w:b/>
          <w:szCs w:val="24"/>
        </w:rPr>
        <w:t xml:space="preserve"> fleet operations. Which strategy should the board adopt to balance efficiency, employee engagement, safety, and regulatory demands? Provide a comprehensive evaluation to support your recommendation. (5 Marks)</w:t>
      </w:r>
    </w:p>
    <w:p w:rsidR="002C4426" w:rsidRPr="00483E3B" w:rsidRDefault="00483E3B" w:rsidP="00483E3B">
      <w:pPr>
        <w:pStyle w:val="Heading1"/>
        <w:spacing w:line="360" w:lineRule="auto"/>
        <w:jc w:val="both"/>
        <w:rPr>
          <w:szCs w:val="24"/>
        </w:rPr>
      </w:pPr>
      <w:proofErr w:type="spellStart"/>
      <w:proofErr w:type="gramStart"/>
      <w:r w:rsidRPr="00483E3B">
        <w:rPr>
          <w:szCs w:val="24"/>
        </w:rPr>
        <w:t>Ans</w:t>
      </w:r>
      <w:proofErr w:type="spellEnd"/>
      <w:r w:rsidRPr="00483E3B">
        <w:rPr>
          <w:szCs w:val="24"/>
        </w:rPr>
        <w:t xml:space="preserve"> 2(B).</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0F0E67" w:rsidRPr="00483E3B" w:rsidRDefault="00483E3B" w:rsidP="000F0E67">
      <w:pPr>
        <w:spacing w:line="360" w:lineRule="auto"/>
        <w:jc w:val="both"/>
        <w:rPr>
          <w:szCs w:val="24"/>
        </w:rPr>
      </w:pPr>
      <w:proofErr w:type="spellStart"/>
      <w:r w:rsidRPr="00483E3B">
        <w:rPr>
          <w:szCs w:val="24"/>
        </w:rPr>
        <w:t>FleetX</w:t>
      </w:r>
      <w:proofErr w:type="spellEnd"/>
      <w:r w:rsidRPr="00483E3B">
        <w:rPr>
          <w:szCs w:val="24"/>
        </w:rPr>
        <w:t xml:space="preserve"> should retain automated route </w:t>
      </w:r>
      <w:proofErr w:type="spellStart"/>
      <w:r w:rsidRPr="00483E3B">
        <w:rPr>
          <w:szCs w:val="24"/>
        </w:rPr>
        <w:t>optimisation</w:t>
      </w:r>
      <w:proofErr w:type="spellEnd"/>
      <w:r w:rsidRPr="00483E3B">
        <w:rPr>
          <w:szCs w:val="24"/>
        </w:rPr>
        <w:t xml:space="preserve"> while allowing controlled driver discretion. Its existing savings and lower emissions demonstrate useful operational benefits. However, rigid instructions can overlook hazards and local conditions that drivers observe directly. A balanced approach should combine central planning with clear safety overrides, reliable communication, and review </w:t>
      </w:r>
    </w:p>
    <w:p w:rsidR="002C4426" w:rsidRPr="00483E3B" w:rsidRDefault="002C4426" w:rsidP="00483E3B">
      <w:pPr>
        <w:spacing w:line="360" w:lineRule="auto"/>
        <w:jc w:val="both"/>
        <w:rPr>
          <w:szCs w:val="24"/>
        </w:rPr>
      </w:pPr>
    </w:p>
    <w:sectPr w:rsidR="002C4426" w:rsidRPr="00483E3B" w:rsidSect="00483E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characterSpacingControl w:val="doNotCompress"/>
  <w:compat>
    <w:useFELayout/>
  </w:compat>
  <w:rsids>
    <w:rsidRoot w:val="00B47730"/>
    <w:rsid w:val="00034616"/>
    <w:rsid w:val="0006063C"/>
    <w:rsid w:val="000F0E67"/>
    <w:rsid w:val="0015074B"/>
    <w:rsid w:val="0029639D"/>
    <w:rsid w:val="002C4426"/>
    <w:rsid w:val="00326F90"/>
    <w:rsid w:val="00483E3B"/>
    <w:rsid w:val="006E6E6D"/>
    <w:rsid w:val="00AA1D8D"/>
    <w:rsid w:val="00B47730"/>
    <w:rsid w:val="00C92A37"/>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6E6E6D"/>
    <w:rPr>
      <w:color w:val="0563C1"/>
      <w:u w:val="single"/>
    </w:rPr>
  </w:style>
  <w:style w:type="paragraph" w:styleId="NormalWeb">
    <w:name w:val="Normal (Web)"/>
    <w:basedOn w:val="Normal"/>
    <w:uiPriority w:val="99"/>
    <w:semiHidden/>
    <w:unhideWhenUsed/>
    <w:rsid w:val="006E6E6D"/>
    <w:pPr>
      <w:spacing w:before="100" w:beforeAutospacing="1" w:after="100" w:afterAutospacing="1" w:line="240" w:lineRule="auto"/>
    </w:pPr>
    <w:rPr>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7980605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AE220-6920-4120-8CE6-44A1ABD2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4</cp:revision>
  <dcterms:created xsi:type="dcterms:W3CDTF">2013-12-23T23:15:00Z</dcterms:created>
  <dcterms:modified xsi:type="dcterms:W3CDTF">2026-10-04T17:09:00Z</dcterms:modified>
  <cp:category/>
</cp:coreProperties>
</file>